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ומנהגיו אצל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ומושגי יסוד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 בסיסי (יחיד-רבים, זכר-נקבה, זמנים) דרך טקסט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סגידה והשתחוויה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את הר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לובשים בגדים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מוזכר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הסבירו באמהרית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משפט התקווה בתפילה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היום רוב בני הקהילה גרים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 התורה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(געגועים חזקים)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(כולם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(הבטחה מחודשת לשמור על קשר)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ההר מזכיר את הר סיני, ושם מחדשים את הברית עם האלוהים והתורה.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הצום נגמר, וכולם חוגגים בארוחה, בשירים ובריקודים.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סגידה והשתחוויה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הקסים, מנהיגי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זיכרון, תקווה ויחד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ולהאזין להקראה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בשיחה קצרה על חשיבות המפגש בין מסורות שונות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הסיגד, חג של קהילת ביתא ישראל, ונתרגל הבנת הנקרא ולשון דרך סיפור על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ארוחת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סגידה והשתחוויה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חודש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הוביל את התפילה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ההר מזכיר לפי המסורת?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רשמי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לובשים בגדים שחורים.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בשפת געז.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הסבירו את הדברים רק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התפילה אומרים בשנה הבאה בירושלים.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רוב בני הקהילה גרים באתיופיה.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בכ״ט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החג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הקהילה עלתה יחד ל-__________ גבוה.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האורית כתובה בשפת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ה-__________ הובילו את התפילה על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היום חוגגים על __________ גבוהה בירושלים.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התורה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הבטחה מחודשת לשמור על 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געגועים חזקים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חידוש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כולם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הקהילה עולה להר ביום 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אחרי שיורדים מההר בסוף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התפילה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חג הסיגד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