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החג ומנהגיו אצל 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ומושגי יסוד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דקדוק בסיסי (יחיד-רבים, זכר-נקבה, זמנים) דרך טקסט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סגידה והשתחוויה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את הר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לובשים בגדים לבנים ונקיים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מוזכר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הסבירו באמהרית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משפט התקווה בתפילה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היום רוב בני הקהילה גרים בישראל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טיילת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(מנהיג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(ספר התורה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(געגועים חזקים)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(כולם ביחד)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(הבטחה מחודשת לשמור על קשר)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ההר מזכיר את הר סיני, ושם מחדשים את הברית עם האלוהים והתורה.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הצום נגמר, וכולם חוגגים בארוחה, בשירים ובריקודים.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סגידה והשתחוויה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הקסים, מנהיגי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זיכרון, תקווה ויחד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ולהאזין להקראה לפני המילוי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מומלץ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בשיחה קצרה על חשיבות המפגש בין מסורות שונות בישראל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טקסט קצר על חג הסיגד. נענה על שאלות פשוטות ונתרגל 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ביתא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הקהילה, פירושו בית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 / 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 הקהילה בענייני תפילה ותורה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התורה בשפת געז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עתיקה שבה כתובה האורית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אמהרית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שבה הקסים הסבירו לקהילה את הדברים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חידוש 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מחודשת לשמור על הקשר עם התורה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כיסופים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געגועים חזקים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של מי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סיגד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ארוחת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סגידה והשתחוויה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חודש זה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ימים עוברים מיום כיפור?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הוביל את התפילה?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החיילים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דומה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רשמי של 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לובשים בגדים שחורים.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כתובה בשפת געז.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הסבירו את הדברים רק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התפילה אומרים בשנה הבאה בירושלים.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רוב בני הקהילה גרים באתיופיה.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בכ״ט ב-__________.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החג חל __________ יום אחרי יום הכיפורים.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הקהילה עלתה יחד ל-__________ גבוה.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האורית כתובה בשפת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ה-__________ הובילו את התפילה על ההר.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היום חוגגים על __________ גבוהה בירושלים.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כולם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הבטחה מחודשת לשמור על קשר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כיסופים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מנהיג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געגועים חזקים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חידוש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 התורה בשפת געז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הקהילה עולה להר ביום חג הסיגד?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אחרי שיורדים מההר בסוף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משמעות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מוביל את התפילה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חג הסיגד מלמד אותנו?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