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מקור החג ומנהגיו אצל קהילת ביתא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ומושגי יסוד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דקדוק בסיסי (יחיד-רבים, זכר-נקבה, זמנים) דרך טקסט על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סגידה והשתחוויה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חשוון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לובשים בגדים לבנים ונקיים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מוזכר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(מנהיג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(ספר התורה בשפת 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(געגועים חזקים)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(כולם ביחד)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ההר מזכיר את הר סיני, ושם מחדשים את הברית עם האלוהים והתורה.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סגידה והשתחוויה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הקסים, מנהיגי הקהילה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זיכרון, תקווה ויחד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ולהאזין להקראה לפני המילוי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מומלץ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לסיים בשיחה קצרה על חשיבות המפגש בין מסורות שונות בישראל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חג הסיגד, חג של קהילת ביתא ישראל, ונתרגל הבנת הנקרא ולשון דרך סיפור על החג.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חשוון  ·  הר  ·  קסים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חג הסיגד הוא חג של איזו 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פירוש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ארוחת 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סגידה והשתחוויה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באיזה חודש חוגגים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כסלו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חג הסיגד הוא חג רשמי של מדינת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בחג לובשים בגדים שחורים.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האורית כתובה בשפת געז.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חג הסיגד חל בכ״ט ב-__________.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כל הקהילה עלתה יחד ל-__________ גבוה.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ה-__________ הובילו את התפילה על ההר.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כולם ביחד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מנהיג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כיסופים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ספר התורה בשפת 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געגועים חזקים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כתבו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מדוע הקהילה עולה להר ביום חג הסיגד?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משמעות המילה 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מי מוביל את התפילה בחג?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